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EA3" w:rsidRPr="00C71317" w:rsidRDefault="00175938" w:rsidP="00C71317">
      <w:pPr>
        <w:pStyle w:val="Titre"/>
        <w:jc w:val="center"/>
        <w:rPr>
          <w:b/>
          <w:lang w:val="fr-FR"/>
        </w:rPr>
      </w:pPr>
      <w:r w:rsidRPr="00C71317">
        <w:rPr>
          <w:b/>
          <w:lang w:val="fr-FR"/>
        </w:rPr>
        <w:t>Fiche d’Inspection et de Contrôle HSE – Chantier</w:t>
      </w:r>
    </w:p>
    <w:p w:rsidR="00E02EA3" w:rsidRPr="00C71317" w:rsidRDefault="00175938">
      <w:pPr>
        <w:pStyle w:val="Titre1"/>
      </w:pPr>
      <w:r w:rsidRPr="00C71317">
        <w:t>Informations générales</w:t>
      </w:r>
    </w:p>
    <w:tbl>
      <w:tblPr>
        <w:tblStyle w:val="Grilledutableau"/>
        <w:tblW w:w="0" w:type="auto"/>
        <w:tblLook w:val="04A0"/>
      </w:tblPr>
      <w:tblGrid>
        <w:gridCol w:w="4320"/>
        <w:gridCol w:w="4320"/>
      </w:tblGrid>
      <w:tr w:rsidR="00E02EA3">
        <w:tc>
          <w:tcPr>
            <w:tcW w:w="4320" w:type="dxa"/>
          </w:tcPr>
          <w:p w:rsidR="00E02EA3" w:rsidRDefault="00175938">
            <w:r>
              <w:t>Date de l’inspection</w:t>
            </w:r>
          </w:p>
        </w:tc>
        <w:tc>
          <w:tcPr>
            <w:tcW w:w="4320" w:type="dxa"/>
          </w:tcPr>
          <w:p w:rsidR="00E02EA3" w:rsidRDefault="00E02EA3"/>
        </w:tc>
      </w:tr>
      <w:tr w:rsidR="00E02EA3">
        <w:tc>
          <w:tcPr>
            <w:tcW w:w="4320" w:type="dxa"/>
          </w:tcPr>
          <w:p w:rsidR="00E02EA3" w:rsidRDefault="00175938">
            <w:r>
              <w:t>Heure</w:t>
            </w:r>
          </w:p>
        </w:tc>
        <w:tc>
          <w:tcPr>
            <w:tcW w:w="4320" w:type="dxa"/>
          </w:tcPr>
          <w:p w:rsidR="00E02EA3" w:rsidRDefault="00E02EA3"/>
        </w:tc>
      </w:tr>
      <w:tr w:rsidR="00E02EA3">
        <w:tc>
          <w:tcPr>
            <w:tcW w:w="4320" w:type="dxa"/>
          </w:tcPr>
          <w:p w:rsidR="00E02EA3" w:rsidRDefault="00292B4E">
            <w:r w:rsidRPr="00292B4E">
              <w:rPr>
                <w:lang w:val="fr-FR"/>
              </w:rPr>
              <w:t>Superviseur</w:t>
            </w:r>
          </w:p>
        </w:tc>
        <w:tc>
          <w:tcPr>
            <w:tcW w:w="4320" w:type="dxa"/>
          </w:tcPr>
          <w:p w:rsidR="00E02EA3" w:rsidRDefault="00E02EA3"/>
        </w:tc>
      </w:tr>
    </w:tbl>
    <w:p w:rsidR="00E02EA3" w:rsidRDefault="00175938">
      <w:pPr>
        <w:pStyle w:val="Titre1"/>
      </w:pPr>
      <w:r>
        <w:t>Points de contrôle</w:t>
      </w:r>
    </w:p>
    <w:tbl>
      <w:tblPr>
        <w:tblStyle w:val="Grilledutableau"/>
        <w:tblW w:w="0" w:type="auto"/>
        <w:tblLook w:val="04A0"/>
      </w:tblPr>
      <w:tblGrid>
        <w:gridCol w:w="927"/>
        <w:gridCol w:w="1576"/>
        <w:gridCol w:w="1199"/>
        <w:gridCol w:w="1461"/>
        <w:gridCol w:w="1265"/>
        <w:gridCol w:w="1406"/>
        <w:gridCol w:w="1022"/>
      </w:tblGrid>
      <w:tr w:rsidR="00E02EA3">
        <w:tc>
          <w:tcPr>
            <w:tcW w:w="1234" w:type="dxa"/>
          </w:tcPr>
          <w:p w:rsidR="00E02EA3" w:rsidRDefault="00175938">
            <w:r>
              <w:t>N°</w:t>
            </w:r>
          </w:p>
        </w:tc>
        <w:tc>
          <w:tcPr>
            <w:tcW w:w="1234" w:type="dxa"/>
          </w:tcPr>
          <w:p w:rsidR="00E02EA3" w:rsidRDefault="00175938">
            <w:r>
              <w:t>Élément contrôlé</w:t>
            </w:r>
          </w:p>
        </w:tc>
        <w:tc>
          <w:tcPr>
            <w:tcW w:w="1234" w:type="dxa"/>
          </w:tcPr>
          <w:p w:rsidR="00E02EA3" w:rsidRDefault="00175938">
            <w:r>
              <w:t>Conforme (O/N)</w:t>
            </w:r>
          </w:p>
        </w:tc>
        <w:tc>
          <w:tcPr>
            <w:tcW w:w="1234" w:type="dxa"/>
          </w:tcPr>
          <w:p w:rsidR="00E02EA3" w:rsidRDefault="00175938">
            <w:r>
              <w:t>Observations / Non-conformités</w:t>
            </w:r>
          </w:p>
        </w:tc>
        <w:tc>
          <w:tcPr>
            <w:tcW w:w="1234" w:type="dxa"/>
          </w:tcPr>
          <w:p w:rsidR="00E02EA3" w:rsidRDefault="00175938">
            <w:r>
              <w:t>Actions correctives proposées</w:t>
            </w:r>
          </w:p>
        </w:tc>
        <w:tc>
          <w:tcPr>
            <w:tcW w:w="1234" w:type="dxa"/>
          </w:tcPr>
          <w:p w:rsidR="00E02EA3" w:rsidRDefault="00175938">
            <w:r>
              <w:t>Responsable</w:t>
            </w:r>
          </w:p>
        </w:tc>
        <w:tc>
          <w:tcPr>
            <w:tcW w:w="1234" w:type="dxa"/>
          </w:tcPr>
          <w:p w:rsidR="00E02EA3" w:rsidRDefault="00175938">
            <w:r>
              <w:t>Délai</w:t>
            </w:r>
          </w:p>
        </w:tc>
      </w:tr>
      <w:tr w:rsidR="00E02EA3" w:rsidRPr="006D65AE">
        <w:tc>
          <w:tcPr>
            <w:tcW w:w="1234" w:type="dxa"/>
          </w:tcPr>
          <w:p w:rsidR="00E02EA3" w:rsidRDefault="00175938">
            <w:r>
              <w:t>1</w:t>
            </w:r>
          </w:p>
        </w:tc>
        <w:tc>
          <w:tcPr>
            <w:tcW w:w="1234" w:type="dxa"/>
          </w:tcPr>
          <w:p w:rsidR="00E02EA3" w:rsidRPr="00C71317" w:rsidRDefault="00175938" w:rsidP="00C71317">
            <w:pPr>
              <w:rPr>
                <w:lang w:val="fr-FR"/>
              </w:rPr>
            </w:pPr>
            <w:r w:rsidRPr="00C71317">
              <w:rPr>
                <w:lang w:val="fr-FR"/>
              </w:rPr>
              <w:t>Port des EPI (casque, gilet, chaussures)</w:t>
            </w: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</w:tr>
      <w:tr w:rsidR="00E02EA3" w:rsidRPr="006D65AE">
        <w:tc>
          <w:tcPr>
            <w:tcW w:w="1234" w:type="dxa"/>
          </w:tcPr>
          <w:p w:rsidR="00E02EA3" w:rsidRDefault="00175938">
            <w:r>
              <w:t>2</w:t>
            </w:r>
          </w:p>
        </w:tc>
        <w:tc>
          <w:tcPr>
            <w:tcW w:w="1234" w:type="dxa"/>
          </w:tcPr>
          <w:p w:rsidR="00E02EA3" w:rsidRPr="00C71317" w:rsidRDefault="00175938" w:rsidP="00C71317">
            <w:pPr>
              <w:rPr>
                <w:lang w:val="fr-FR"/>
              </w:rPr>
            </w:pPr>
            <w:r w:rsidRPr="00C71317">
              <w:rPr>
                <w:lang w:val="fr-FR"/>
              </w:rPr>
              <w:t>Signalisation de sécurité en place</w:t>
            </w: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</w:tr>
      <w:tr w:rsidR="00E02EA3" w:rsidRPr="006D65AE">
        <w:tc>
          <w:tcPr>
            <w:tcW w:w="1234" w:type="dxa"/>
          </w:tcPr>
          <w:p w:rsidR="00E02EA3" w:rsidRDefault="00175938">
            <w:r>
              <w:t>3</w:t>
            </w:r>
          </w:p>
        </w:tc>
        <w:tc>
          <w:tcPr>
            <w:tcW w:w="1234" w:type="dxa"/>
          </w:tcPr>
          <w:p w:rsidR="00E02EA3" w:rsidRPr="00C71317" w:rsidRDefault="00175938" w:rsidP="00C71317">
            <w:pPr>
              <w:rPr>
                <w:lang w:val="fr-FR"/>
              </w:rPr>
            </w:pPr>
            <w:r w:rsidRPr="00C71317">
              <w:rPr>
                <w:lang w:val="fr-FR"/>
              </w:rPr>
              <w:t>État des échafaudages et échelles</w:t>
            </w: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</w:tr>
      <w:tr w:rsidR="00E02EA3" w:rsidRPr="006D65AE">
        <w:tc>
          <w:tcPr>
            <w:tcW w:w="1234" w:type="dxa"/>
          </w:tcPr>
          <w:p w:rsidR="00E02EA3" w:rsidRDefault="00175938">
            <w:r>
              <w:t>4</w:t>
            </w:r>
          </w:p>
        </w:tc>
        <w:tc>
          <w:tcPr>
            <w:tcW w:w="1234" w:type="dxa"/>
          </w:tcPr>
          <w:p w:rsidR="00E02EA3" w:rsidRPr="00C71317" w:rsidRDefault="00175938" w:rsidP="00C71317">
            <w:pPr>
              <w:rPr>
                <w:lang w:val="fr-FR"/>
              </w:rPr>
            </w:pPr>
            <w:r w:rsidRPr="00C71317">
              <w:rPr>
                <w:lang w:val="fr-FR"/>
              </w:rPr>
              <w:t>Propreté et organisation du chantier</w:t>
            </w: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</w:tr>
      <w:tr w:rsidR="00E02EA3">
        <w:tc>
          <w:tcPr>
            <w:tcW w:w="1234" w:type="dxa"/>
          </w:tcPr>
          <w:p w:rsidR="00E02EA3" w:rsidRDefault="00175938">
            <w:r>
              <w:t>5</w:t>
            </w:r>
          </w:p>
        </w:tc>
        <w:tc>
          <w:tcPr>
            <w:tcW w:w="1234" w:type="dxa"/>
          </w:tcPr>
          <w:p w:rsidR="00E02EA3" w:rsidRPr="00C71317" w:rsidRDefault="00175938" w:rsidP="00C71317">
            <w:r w:rsidRPr="00C71317">
              <w:t>Accessibilité des extincteurs</w:t>
            </w:r>
          </w:p>
        </w:tc>
        <w:tc>
          <w:tcPr>
            <w:tcW w:w="1234" w:type="dxa"/>
          </w:tcPr>
          <w:p w:rsidR="00E02EA3" w:rsidRDefault="00E02EA3"/>
        </w:tc>
        <w:tc>
          <w:tcPr>
            <w:tcW w:w="1234" w:type="dxa"/>
          </w:tcPr>
          <w:p w:rsidR="00E02EA3" w:rsidRDefault="00E02EA3"/>
        </w:tc>
        <w:tc>
          <w:tcPr>
            <w:tcW w:w="1234" w:type="dxa"/>
          </w:tcPr>
          <w:p w:rsidR="00E02EA3" w:rsidRDefault="00E02EA3"/>
        </w:tc>
        <w:tc>
          <w:tcPr>
            <w:tcW w:w="1234" w:type="dxa"/>
          </w:tcPr>
          <w:p w:rsidR="00E02EA3" w:rsidRDefault="00E02EA3"/>
        </w:tc>
        <w:tc>
          <w:tcPr>
            <w:tcW w:w="1234" w:type="dxa"/>
          </w:tcPr>
          <w:p w:rsidR="00E02EA3" w:rsidRDefault="00E02EA3"/>
        </w:tc>
      </w:tr>
      <w:tr w:rsidR="00E02EA3" w:rsidRPr="006D65AE">
        <w:tc>
          <w:tcPr>
            <w:tcW w:w="1234" w:type="dxa"/>
          </w:tcPr>
          <w:p w:rsidR="00E02EA3" w:rsidRDefault="00175938">
            <w:r>
              <w:t>6</w:t>
            </w:r>
          </w:p>
        </w:tc>
        <w:tc>
          <w:tcPr>
            <w:tcW w:w="1234" w:type="dxa"/>
          </w:tcPr>
          <w:p w:rsidR="00E02EA3" w:rsidRPr="00C71317" w:rsidRDefault="00175938" w:rsidP="00C71317">
            <w:pPr>
              <w:rPr>
                <w:lang w:val="fr-FR"/>
              </w:rPr>
            </w:pPr>
            <w:r w:rsidRPr="00C71317">
              <w:rPr>
                <w:lang w:val="fr-FR"/>
              </w:rPr>
              <w:t>Présence et état de la trousse de secours</w:t>
            </w: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</w:tr>
      <w:tr w:rsidR="00E02EA3">
        <w:tc>
          <w:tcPr>
            <w:tcW w:w="1234" w:type="dxa"/>
          </w:tcPr>
          <w:p w:rsidR="00E02EA3" w:rsidRDefault="00175938">
            <w:r>
              <w:t>7</w:t>
            </w:r>
          </w:p>
        </w:tc>
        <w:tc>
          <w:tcPr>
            <w:tcW w:w="1234" w:type="dxa"/>
          </w:tcPr>
          <w:p w:rsidR="00E02EA3" w:rsidRPr="00C71317" w:rsidRDefault="00175938" w:rsidP="00C71317">
            <w:r w:rsidRPr="00C71317">
              <w:t>Conformité des installations électriques</w:t>
            </w:r>
          </w:p>
        </w:tc>
        <w:tc>
          <w:tcPr>
            <w:tcW w:w="1234" w:type="dxa"/>
          </w:tcPr>
          <w:p w:rsidR="00E02EA3" w:rsidRDefault="00E02EA3"/>
        </w:tc>
        <w:tc>
          <w:tcPr>
            <w:tcW w:w="1234" w:type="dxa"/>
          </w:tcPr>
          <w:p w:rsidR="00E02EA3" w:rsidRDefault="00E02EA3"/>
        </w:tc>
        <w:tc>
          <w:tcPr>
            <w:tcW w:w="1234" w:type="dxa"/>
          </w:tcPr>
          <w:p w:rsidR="00E02EA3" w:rsidRDefault="00E02EA3"/>
        </w:tc>
        <w:tc>
          <w:tcPr>
            <w:tcW w:w="1234" w:type="dxa"/>
          </w:tcPr>
          <w:p w:rsidR="00E02EA3" w:rsidRDefault="00E02EA3"/>
        </w:tc>
        <w:tc>
          <w:tcPr>
            <w:tcW w:w="1234" w:type="dxa"/>
          </w:tcPr>
          <w:p w:rsidR="00E02EA3" w:rsidRDefault="00E02EA3"/>
        </w:tc>
      </w:tr>
      <w:tr w:rsidR="00E02EA3" w:rsidRPr="006D65AE">
        <w:tc>
          <w:tcPr>
            <w:tcW w:w="1234" w:type="dxa"/>
          </w:tcPr>
          <w:p w:rsidR="00E02EA3" w:rsidRDefault="00175938">
            <w:r>
              <w:t>8</w:t>
            </w:r>
          </w:p>
        </w:tc>
        <w:tc>
          <w:tcPr>
            <w:tcW w:w="1234" w:type="dxa"/>
          </w:tcPr>
          <w:p w:rsidR="00E02EA3" w:rsidRPr="00C71317" w:rsidRDefault="00175938" w:rsidP="00C71317">
            <w:pPr>
              <w:rPr>
                <w:lang w:val="fr-FR"/>
              </w:rPr>
            </w:pPr>
            <w:r w:rsidRPr="00C71317">
              <w:rPr>
                <w:lang w:val="fr-FR"/>
              </w:rPr>
              <w:t>Gestion des déchets et produits dangereux</w:t>
            </w: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Default="00E02EA3">
            <w:pPr>
              <w:rPr>
                <w:lang w:val="fr-FR"/>
              </w:rPr>
            </w:pPr>
          </w:p>
          <w:p w:rsidR="006D65AE" w:rsidRDefault="006D65AE">
            <w:pPr>
              <w:rPr>
                <w:lang w:val="fr-FR"/>
              </w:rPr>
            </w:pPr>
          </w:p>
          <w:p w:rsidR="006D65AE" w:rsidRDefault="006D65AE">
            <w:pPr>
              <w:rPr>
                <w:lang w:val="fr-FR"/>
              </w:rPr>
            </w:pPr>
          </w:p>
          <w:p w:rsidR="006D65AE" w:rsidRPr="00C71317" w:rsidRDefault="006D65AE">
            <w:pPr>
              <w:rPr>
                <w:lang w:val="fr-FR"/>
              </w:rPr>
            </w:pPr>
          </w:p>
        </w:tc>
      </w:tr>
      <w:tr w:rsidR="00E02EA3" w:rsidRPr="006D65AE">
        <w:tc>
          <w:tcPr>
            <w:tcW w:w="1234" w:type="dxa"/>
          </w:tcPr>
          <w:p w:rsidR="008E667F" w:rsidRDefault="008E667F"/>
          <w:p w:rsidR="00E02EA3" w:rsidRDefault="00175938">
            <w:r>
              <w:lastRenderedPageBreak/>
              <w:t>9</w:t>
            </w:r>
          </w:p>
        </w:tc>
        <w:tc>
          <w:tcPr>
            <w:tcW w:w="1234" w:type="dxa"/>
          </w:tcPr>
          <w:p w:rsidR="008E667F" w:rsidRDefault="008E667F" w:rsidP="00C71317">
            <w:pPr>
              <w:rPr>
                <w:lang w:val="fr-FR"/>
              </w:rPr>
            </w:pPr>
          </w:p>
          <w:p w:rsidR="00E02EA3" w:rsidRPr="00C71317" w:rsidRDefault="00175938" w:rsidP="00C71317">
            <w:pPr>
              <w:rPr>
                <w:lang w:val="fr-FR"/>
              </w:rPr>
            </w:pPr>
            <w:r w:rsidRPr="00C71317">
              <w:rPr>
                <w:lang w:val="fr-FR"/>
              </w:rPr>
              <w:lastRenderedPageBreak/>
              <w:t>Respect des procédures de travail en hauteur</w:t>
            </w: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</w:tr>
      <w:tr w:rsidR="00E02EA3" w:rsidRPr="006D65AE">
        <w:tc>
          <w:tcPr>
            <w:tcW w:w="1234" w:type="dxa"/>
          </w:tcPr>
          <w:p w:rsidR="00E02EA3" w:rsidRDefault="00175938">
            <w:r>
              <w:lastRenderedPageBreak/>
              <w:t>10</w:t>
            </w:r>
          </w:p>
        </w:tc>
        <w:tc>
          <w:tcPr>
            <w:tcW w:w="1234" w:type="dxa"/>
          </w:tcPr>
          <w:p w:rsidR="00E02EA3" w:rsidRPr="00C71317" w:rsidRDefault="00175938" w:rsidP="00C71317">
            <w:pPr>
              <w:rPr>
                <w:lang w:val="fr-FR"/>
              </w:rPr>
            </w:pPr>
            <w:r w:rsidRPr="00C71317">
              <w:rPr>
                <w:lang w:val="fr-FR"/>
              </w:rPr>
              <w:t>Formation et sensibilisation du personnel</w:t>
            </w: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  <w:tc>
          <w:tcPr>
            <w:tcW w:w="1234" w:type="dxa"/>
          </w:tcPr>
          <w:p w:rsidR="00E02EA3" w:rsidRPr="00C71317" w:rsidRDefault="00E02EA3">
            <w:pPr>
              <w:rPr>
                <w:lang w:val="fr-FR"/>
              </w:rPr>
            </w:pPr>
          </w:p>
        </w:tc>
      </w:tr>
    </w:tbl>
    <w:p w:rsidR="00E02EA3" w:rsidRPr="00C71317" w:rsidRDefault="00175938">
      <w:pPr>
        <w:pStyle w:val="Titre1"/>
        <w:rPr>
          <w:lang w:val="fr-FR"/>
        </w:rPr>
      </w:pPr>
      <w:r w:rsidRPr="00C71317">
        <w:rPr>
          <w:lang w:val="fr-FR"/>
        </w:rPr>
        <w:t>Résumé de l’inspection</w:t>
      </w:r>
    </w:p>
    <w:p w:rsidR="00E02EA3" w:rsidRPr="00C71317" w:rsidRDefault="00175938">
      <w:pPr>
        <w:rPr>
          <w:lang w:val="fr-FR"/>
        </w:rPr>
      </w:pPr>
      <w:r w:rsidRPr="00C71317">
        <w:rPr>
          <w:lang w:val="fr-FR"/>
        </w:rPr>
        <w:t xml:space="preserve">Nombre de points conformes : </w:t>
      </w:r>
    </w:p>
    <w:p w:rsidR="00E02EA3" w:rsidRPr="00C71317" w:rsidRDefault="00175938">
      <w:pPr>
        <w:rPr>
          <w:lang w:val="fr-FR"/>
        </w:rPr>
      </w:pPr>
      <w:r w:rsidRPr="00C71317">
        <w:rPr>
          <w:lang w:val="fr-FR"/>
        </w:rPr>
        <w:t xml:space="preserve">Nombre de non-conformités : </w:t>
      </w:r>
    </w:p>
    <w:p w:rsidR="00E02EA3" w:rsidRPr="00C71317" w:rsidRDefault="00175938">
      <w:pPr>
        <w:rPr>
          <w:lang w:val="fr-FR"/>
        </w:rPr>
      </w:pPr>
      <w:r w:rsidRPr="00C71317">
        <w:rPr>
          <w:lang w:val="fr-FR"/>
        </w:rPr>
        <w:t xml:space="preserve">Actions immédiates prises : </w:t>
      </w:r>
    </w:p>
    <w:p w:rsidR="00E02EA3" w:rsidRPr="00C71317" w:rsidRDefault="00175938">
      <w:pPr>
        <w:rPr>
          <w:lang w:val="fr-FR"/>
        </w:rPr>
      </w:pPr>
      <w:r w:rsidRPr="00C71317">
        <w:rPr>
          <w:lang w:val="fr-FR"/>
        </w:rPr>
        <w:br/>
        <w:t xml:space="preserve">Signature de </w:t>
      </w:r>
      <w:r w:rsidR="00F510FF" w:rsidRPr="00292B4E">
        <w:rPr>
          <w:lang w:val="fr-FR"/>
        </w:rPr>
        <w:t>Superviseur</w:t>
      </w:r>
      <w:r w:rsidRPr="00C71317">
        <w:rPr>
          <w:lang w:val="fr-FR"/>
        </w:rPr>
        <w:t>: ____________________</w:t>
      </w:r>
    </w:p>
    <w:p w:rsidR="00E02EA3" w:rsidRPr="00C71317" w:rsidRDefault="00175938">
      <w:pPr>
        <w:rPr>
          <w:lang w:val="fr-FR"/>
        </w:rPr>
      </w:pPr>
      <w:r w:rsidRPr="00C71317">
        <w:rPr>
          <w:lang w:val="fr-FR"/>
        </w:rPr>
        <w:t>Signature du responsable de site : ____________________</w:t>
      </w:r>
    </w:p>
    <w:sectPr w:rsidR="00E02EA3" w:rsidRPr="00C71317" w:rsidSect="000C1AA3">
      <w:headerReference w:type="default" r:id="rId8"/>
      <w:pgSz w:w="12240" w:h="15840"/>
      <w:pgMar w:top="1985" w:right="1800" w:bottom="1440" w:left="1800" w:header="851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F6A" w:rsidRDefault="00174F6A" w:rsidP="00C71317">
      <w:pPr>
        <w:spacing w:after="0" w:line="240" w:lineRule="auto"/>
      </w:pPr>
      <w:r>
        <w:separator/>
      </w:r>
    </w:p>
  </w:endnote>
  <w:endnote w:type="continuationSeparator" w:id="1">
    <w:p w:rsidR="00174F6A" w:rsidRDefault="00174F6A" w:rsidP="00C71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F6A" w:rsidRDefault="00174F6A" w:rsidP="00C71317">
      <w:pPr>
        <w:spacing w:after="0" w:line="240" w:lineRule="auto"/>
      </w:pPr>
      <w:r>
        <w:separator/>
      </w:r>
    </w:p>
  </w:footnote>
  <w:footnote w:type="continuationSeparator" w:id="1">
    <w:p w:rsidR="00174F6A" w:rsidRDefault="00174F6A" w:rsidP="00C713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5AE" w:rsidRDefault="006D65AE">
    <w:pPr>
      <w:pStyle w:val="En-tte"/>
    </w:pPr>
    <w:r w:rsidRPr="006D65AE">
      <w:drawing>
        <wp:inline distT="0" distB="0" distL="0" distR="0">
          <wp:extent cx="5486400" cy="868759"/>
          <wp:effectExtent l="19050" t="0" r="0" b="0"/>
          <wp:docPr id="5" name="Imag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86875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34616"/>
    <w:rsid w:val="0006063C"/>
    <w:rsid w:val="000C1AA3"/>
    <w:rsid w:val="000E03F2"/>
    <w:rsid w:val="0015074B"/>
    <w:rsid w:val="00174F6A"/>
    <w:rsid w:val="00175938"/>
    <w:rsid w:val="00217231"/>
    <w:rsid w:val="00292B4E"/>
    <w:rsid w:val="0029639D"/>
    <w:rsid w:val="00326F90"/>
    <w:rsid w:val="004F2090"/>
    <w:rsid w:val="00554351"/>
    <w:rsid w:val="006D65AE"/>
    <w:rsid w:val="007437D8"/>
    <w:rsid w:val="008E667F"/>
    <w:rsid w:val="00AA1D8D"/>
    <w:rsid w:val="00B47730"/>
    <w:rsid w:val="00C71317"/>
    <w:rsid w:val="00CB0664"/>
    <w:rsid w:val="00E02EA3"/>
    <w:rsid w:val="00F510FF"/>
    <w:rsid w:val="00F869C8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6D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65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USR</cp:lastModifiedBy>
  <cp:revision>7</cp:revision>
  <dcterms:created xsi:type="dcterms:W3CDTF">2025-04-30T11:29:00Z</dcterms:created>
  <dcterms:modified xsi:type="dcterms:W3CDTF">2025-05-01T10:42:00Z</dcterms:modified>
</cp:coreProperties>
</file>